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7CAE" w:rsidRDefault="00013993">
      <w:pPr>
        <w:jc w:val="center"/>
        <w:rPr>
          <w:lang w:eastAsia="ja-JP"/>
        </w:rPr>
      </w:pPr>
      <w:r>
        <w:rPr>
          <w:b/>
          <w:sz w:val="30"/>
          <w:lang w:eastAsia="ja-JP"/>
        </w:rPr>
        <w:t>令和</w:t>
      </w:r>
      <w:r>
        <w:rPr>
          <w:b/>
          <w:sz w:val="30"/>
          <w:lang w:eastAsia="ja-JP"/>
        </w:rPr>
        <w:t>9</w:t>
      </w:r>
      <w:r>
        <w:rPr>
          <w:b/>
          <w:sz w:val="30"/>
          <w:lang w:eastAsia="ja-JP"/>
        </w:rPr>
        <w:t>年</w:t>
      </w:r>
      <w:r>
        <w:rPr>
          <w:b/>
          <w:sz w:val="30"/>
          <w:lang w:eastAsia="ja-JP"/>
        </w:rPr>
        <w:t xml:space="preserve"> </w:t>
      </w:r>
      <w:r>
        <w:rPr>
          <w:b/>
          <w:sz w:val="30"/>
          <w:lang w:eastAsia="ja-JP"/>
        </w:rPr>
        <w:t>大島町二十歳を祝う会</w:t>
      </w:r>
      <w:r>
        <w:rPr>
          <w:b/>
          <w:sz w:val="30"/>
          <w:lang w:eastAsia="ja-JP"/>
        </w:rPr>
        <w:t xml:space="preserve"> </w:t>
      </w:r>
      <w:r>
        <w:rPr>
          <w:b/>
          <w:sz w:val="30"/>
          <w:lang w:eastAsia="ja-JP"/>
        </w:rPr>
        <w:t>参加申込書</w:t>
      </w:r>
    </w:p>
    <w:p w:rsidR="00927CAE" w:rsidRPr="00E217ED" w:rsidRDefault="00013993">
      <w:pPr>
        <w:rPr>
          <w:rFonts w:asciiTheme="minorEastAsia" w:hAnsiTheme="minorEastAsia"/>
          <w:sz w:val="21"/>
          <w:szCs w:val="21"/>
          <w:lang w:eastAsia="ja-JP"/>
        </w:rPr>
      </w:pPr>
      <w:r w:rsidRPr="009A02B2">
        <w:rPr>
          <w:sz w:val="22"/>
          <w:lang w:eastAsia="ja-JP"/>
        </w:rPr>
        <w:t>令和</w:t>
      </w:r>
      <w:r w:rsidRPr="009A02B2">
        <w:rPr>
          <w:sz w:val="22"/>
          <w:lang w:eastAsia="ja-JP"/>
        </w:rPr>
        <w:t>9</w:t>
      </w:r>
      <w:r w:rsidRPr="009A02B2">
        <w:rPr>
          <w:sz w:val="22"/>
          <w:lang w:eastAsia="ja-JP"/>
        </w:rPr>
        <w:t>年</w:t>
      </w:r>
      <w:r w:rsidRPr="009A02B2">
        <w:rPr>
          <w:sz w:val="22"/>
          <w:lang w:eastAsia="ja-JP"/>
        </w:rPr>
        <w:t xml:space="preserve"> </w:t>
      </w:r>
      <w:r w:rsidRPr="009A02B2">
        <w:rPr>
          <w:sz w:val="22"/>
          <w:lang w:eastAsia="ja-JP"/>
        </w:rPr>
        <w:t>大島町二十歳を祝う会への参加を希望される方は、必要事項をご記入のうえ、申込期間内にご提出ください。</w:t>
      </w:r>
    </w:p>
    <w:p w:rsidR="00927CAE" w:rsidRPr="009A02B2" w:rsidRDefault="00013993">
      <w:pPr>
        <w:rPr>
          <w:sz w:val="22"/>
          <w:lang w:eastAsia="ja-JP"/>
        </w:rPr>
      </w:pPr>
      <w:r w:rsidRPr="009A02B2">
        <w:rPr>
          <w:b/>
          <w:sz w:val="22"/>
          <w:lang w:eastAsia="ja-JP"/>
        </w:rPr>
        <w:t>【必須】本人及び保護者の連絡先は、すべてご記入ください。</w:t>
      </w:r>
    </w:p>
    <w:p w:rsidR="00927CAE" w:rsidRPr="009A02B2" w:rsidRDefault="00013993">
      <w:pPr>
        <w:rPr>
          <w:sz w:val="22"/>
        </w:rPr>
      </w:pPr>
      <w:r w:rsidRPr="009A02B2">
        <w:rPr>
          <w:b/>
          <w:sz w:val="22"/>
        </w:rPr>
        <w:t>【</w:t>
      </w:r>
      <w:proofErr w:type="spellStart"/>
      <w:r w:rsidRPr="009A02B2">
        <w:rPr>
          <w:b/>
          <w:sz w:val="22"/>
        </w:rPr>
        <w:t>本人情報</w:t>
      </w:r>
      <w:proofErr w:type="spellEnd"/>
      <w:r w:rsidRPr="009A02B2">
        <w:rPr>
          <w:b/>
          <w:sz w:val="22"/>
        </w:rPr>
        <w:t>】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10598"/>
      </w:tblGrid>
      <w:tr w:rsidR="009A02B2" w:rsidRPr="009A02B2" w:rsidTr="009A02B2">
        <w:tc>
          <w:tcPr>
            <w:tcW w:w="10598" w:type="dxa"/>
          </w:tcPr>
          <w:p w:rsidR="009A02B2" w:rsidRPr="009A02B2" w:rsidRDefault="009A02B2">
            <w:pPr>
              <w:rPr>
                <w:sz w:val="22"/>
              </w:rPr>
            </w:pPr>
            <w:proofErr w:type="spellStart"/>
            <w:r w:rsidRPr="009A02B2">
              <w:rPr>
                <w:b/>
                <w:sz w:val="22"/>
              </w:rPr>
              <w:t>ふりがな</w:t>
            </w:r>
            <w:proofErr w:type="spellEnd"/>
          </w:p>
        </w:tc>
      </w:tr>
      <w:tr w:rsidR="009A02B2" w:rsidRPr="009A02B2" w:rsidTr="009A02B2">
        <w:tc>
          <w:tcPr>
            <w:tcW w:w="10598" w:type="dxa"/>
          </w:tcPr>
          <w:p w:rsidR="009A02B2" w:rsidRPr="009A02B2" w:rsidRDefault="009A02B2">
            <w:pPr>
              <w:rPr>
                <w:sz w:val="22"/>
              </w:rPr>
            </w:pPr>
            <w:proofErr w:type="spellStart"/>
            <w:r w:rsidRPr="009A02B2">
              <w:rPr>
                <w:b/>
                <w:sz w:val="22"/>
              </w:rPr>
              <w:t>氏名</w:t>
            </w:r>
            <w:proofErr w:type="spellEnd"/>
          </w:p>
        </w:tc>
      </w:tr>
      <w:tr w:rsidR="009A02B2" w:rsidRPr="009A02B2" w:rsidTr="009A02B2">
        <w:tc>
          <w:tcPr>
            <w:tcW w:w="10598" w:type="dxa"/>
          </w:tcPr>
          <w:p w:rsidR="009A02B2" w:rsidRPr="009A02B2" w:rsidRDefault="009A02B2">
            <w:pPr>
              <w:rPr>
                <w:sz w:val="22"/>
              </w:rPr>
            </w:pPr>
            <w:proofErr w:type="spellStart"/>
            <w:r w:rsidRPr="009A02B2">
              <w:rPr>
                <w:b/>
                <w:sz w:val="22"/>
              </w:rPr>
              <w:t>生年月日</w:t>
            </w:r>
            <w:proofErr w:type="spellEnd"/>
            <w:r>
              <w:rPr>
                <w:rFonts w:hint="eastAsia"/>
                <w:b/>
                <w:sz w:val="22"/>
                <w:lang w:eastAsia="ja-JP"/>
              </w:rPr>
              <w:t xml:space="preserve">　　　　　　　　　　　</w:t>
            </w:r>
            <w:proofErr w:type="spellStart"/>
            <w:r w:rsidRPr="009A02B2">
              <w:rPr>
                <w:sz w:val="22"/>
              </w:rPr>
              <w:t>平成</w:t>
            </w:r>
            <w:proofErr w:type="spellEnd"/>
            <w:r w:rsidRPr="009A02B2">
              <w:rPr>
                <w:sz w:val="22"/>
              </w:rPr>
              <w:t xml:space="preserve">　　　年　　　月　　　日</w:t>
            </w:r>
          </w:p>
        </w:tc>
      </w:tr>
      <w:tr w:rsidR="009A02B2" w:rsidRPr="009A02B2" w:rsidTr="009A02B2">
        <w:tc>
          <w:tcPr>
            <w:tcW w:w="10598" w:type="dxa"/>
          </w:tcPr>
          <w:p w:rsidR="009A02B2" w:rsidRDefault="009A02B2">
            <w:pPr>
              <w:rPr>
                <w:b/>
                <w:sz w:val="22"/>
                <w:lang w:eastAsia="ja-JP"/>
              </w:rPr>
            </w:pPr>
            <w:r w:rsidRPr="009A02B2">
              <w:rPr>
                <w:b/>
                <w:sz w:val="22"/>
                <w:lang w:eastAsia="ja-JP"/>
              </w:rPr>
              <w:t>現住所</w:t>
            </w:r>
            <w:r>
              <w:rPr>
                <w:rFonts w:hint="eastAsia"/>
                <w:b/>
                <w:sz w:val="22"/>
                <w:lang w:eastAsia="ja-JP"/>
              </w:rPr>
              <w:t xml:space="preserve">　</w:t>
            </w:r>
            <w:r w:rsidRPr="009A02B2">
              <w:rPr>
                <w:sz w:val="22"/>
                <w:lang w:eastAsia="ja-JP"/>
              </w:rPr>
              <w:t>〒</w:t>
            </w:r>
          </w:p>
          <w:p w:rsidR="009A02B2" w:rsidRDefault="009A02B2">
            <w:pPr>
              <w:rPr>
                <w:sz w:val="22"/>
                <w:lang w:eastAsia="ja-JP"/>
              </w:rPr>
            </w:pPr>
          </w:p>
          <w:p w:rsidR="009A02B2" w:rsidRPr="009A02B2" w:rsidRDefault="009A02B2">
            <w:pPr>
              <w:rPr>
                <w:sz w:val="22"/>
                <w:lang w:eastAsia="ja-JP"/>
              </w:rPr>
            </w:pPr>
            <w:r w:rsidRPr="009A02B2">
              <w:rPr>
                <w:sz w:val="22"/>
                <w:lang w:eastAsia="ja-JP"/>
              </w:rPr>
              <w:t>※</w:t>
            </w:r>
            <w:r w:rsidRPr="009A02B2">
              <w:rPr>
                <w:sz w:val="22"/>
                <w:lang w:eastAsia="ja-JP"/>
              </w:rPr>
              <w:t>マンション・アパート名、部屋番号までご記入ください。</w:t>
            </w:r>
          </w:p>
        </w:tc>
      </w:tr>
      <w:tr w:rsidR="009A02B2" w:rsidRPr="009A02B2" w:rsidTr="009A02B2">
        <w:tc>
          <w:tcPr>
            <w:tcW w:w="10598" w:type="dxa"/>
          </w:tcPr>
          <w:p w:rsidR="009A02B2" w:rsidRPr="009A02B2" w:rsidRDefault="009A02B2">
            <w:pPr>
              <w:rPr>
                <w:sz w:val="22"/>
                <w:lang w:eastAsia="ja-JP"/>
              </w:rPr>
            </w:pPr>
            <w:r w:rsidRPr="009A02B2">
              <w:rPr>
                <w:b/>
                <w:sz w:val="22"/>
                <w:lang w:eastAsia="ja-JP"/>
              </w:rPr>
              <w:t>電話番号</w:t>
            </w:r>
            <w:r>
              <w:rPr>
                <w:rFonts w:hint="eastAsia"/>
                <w:b/>
                <w:sz w:val="22"/>
                <w:lang w:eastAsia="ja-JP"/>
              </w:rPr>
              <w:t xml:space="preserve">　　　　　　　　　　　　　　　　　　　　　　　　　</w:t>
            </w:r>
            <w:r w:rsidRPr="009A02B2">
              <w:rPr>
                <w:sz w:val="22"/>
                <w:lang w:eastAsia="ja-JP"/>
              </w:rPr>
              <w:t>※</w:t>
            </w:r>
            <w:r w:rsidRPr="009A02B2">
              <w:rPr>
                <w:sz w:val="22"/>
                <w:lang w:eastAsia="ja-JP"/>
              </w:rPr>
              <w:t>日中連絡が取れる番号（携帯電話可）</w:t>
            </w:r>
          </w:p>
        </w:tc>
      </w:tr>
    </w:tbl>
    <w:p w:rsidR="00E217ED" w:rsidRDefault="00E217ED">
      <w:pPr>
        <w:rPr>
          <w:b/>
          <w:sz w:val="22"/>
          <w:lang w:eastAsia="ja-JP"/>
        </w:rPr>
      </w:pPr>
    </w:p>
    <w:p w:rsidR="00927CAE" w:rsidRPr="009A02B2" w:rsidRDefault="00013993">
      <w:pPr>
        <w:rPr>
          <w:sz w:val="22"/>
        </w:rPr>
      </w:pPr>
      <w:r w:rsidRPr="009A02B2">
        <w:rPr>
          <w:b/>
          <w:sz w:val="22"/>
        </w:rPr>
        <w:t>【</w:t>
      </w:r>
      <w:proofErr w:type="spellStart"/>
      <w:r w:rsidRPr="009A02B2">
        <w:rPr>
          <w:b/>
          <w:sz w:val="22"/>
        </w:rPr>
        <w:t>保護者情報</w:t>
      </w:r>
      <w:proofErr w:type="spellEnd"/>
      <w:r w:rsidRPr="009A02B2">
        <w:rPr>
          <w:b/>
          <w:sz w:val="22"/>
        </w:rPr>
        <w:t>】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10598"/>
      </w:tblGrid>
      <w:tr w:rsidR="009A02B2" w:rsidRPr="009A02B2" w:rsidTr="009A02B2">
        <w:tc>
          <w:tcPr>
            <w:tcW w:w="10598" w:type="dxa"/>
          </w:tcPr>
          <w:p w:rsidR="009A02B2" w:rsidRPr="009A02B2" w:rsidRDefault="009A02B2">
            <w:pPr>
              <w:rPr>
                <w:sz w:val="22"/>
              </w:rPr>
            </w:pPr>
            <w:proofErr w:type="spellStart"/>
            <w:r w:rsidRPr="009A02B2">
              <w:rPr>
                <w:b/>
                <w:sz w:val="22"/>
              </w:rPr>
              <w:t>保護者氏名</w:t>
            </w:r>
            <w:proofErr w:type="spellEnd"/>
          </w:p>
        </w:tc>
      </w:tr>
      <w:tr w:rsidR="009A02B2" w:rsidRPr="009A02B2" w:rsidTr="009A02B2">
        <w:tc>
          <w:tcPr>
            <w:tcW w:w="10598" w:type="dxa"/>
          </w:tcPr>
          <w:p w:rsidR="009A02B2" w:rsidRDefault="009A02B2">
            <w:pPr>
              <w:rPr>
                <w:sz w:val="22"/>
                <w:lang w:eastAsia="ja-JP"/>
              </w:rPr>
            </w:pPr>
            <w:r w:rsidRPr="009A02B2">
              <w:rPr>
                <w:b/>
                <w:sz w:val="22"/>
                <w:lang w:eastAsia="ja-JP"/>
              </w:rPr>
              <w:t>保護者住所</w:t>
            </w:r>
            <w:r>
              <w:rPr>
                <w:rFonts w:hint="eastAsia"/>
                <w:b/>
                <w:sz w:val="22"/>
                <w:lang w:eastAsia="ja-JP"/>
              </w:rPr>
              <w:t xml:space="preserve">　</w:t>
            </w:r>
            <w:r w:rsidRPr="009A02B2">
              <w:rPr>
                <w:sz w:val="22"/>
                <w:lang w:eastAsia="ja-JP"/>
              </w:rPr>
              <w:t>〒</w:t>
            </w:r>
          </w:p>
          <w:p w:rsidR="009A02B2" w:rsidRPr="009A02B2" w:rsidRDefault="009A02B2">
            <w:pPr>
              <w:rPr>
                <w:sz w:val="22"/>
                <w:lang w:eastAsia="ja-JP"/>
              </w:rPr>
            </w:pPr>
            <w:r w:rsidRPr="009A02B2">
              <w:rPr>
                <w:sz w:val="22"/>
                <w:lang w:eastAsia="ja-JP"/>
              </w:rPr>
              <w:br/>
              <w:t>※</w:t>
            </w:r>
            <w:r w:rsidRPr="009A02B2">
              <w:rPr>
                <w:sz w:val="22"/>
                <w:lang w:eastAsia="ja-JP"/>
              </w:rPr>
              <w:t>マンション・アパート名、部屋番号までご記入ください。</w:t>
            </w:r>
          </w:p>
        </w:tc>
      </w:tr>
      <w:tr w:rsidR="009A02B2" w:rsidRPr="009A02B2" w:rsidTr="009A02B2">
        <w:tc>
          <w:tcPr>
            <w:tcW w:w="10598" w:type="dxa"/>
          </w:tcPr>
          <w:p w:rsidR="009A02B2" w:rsidRPr="009A02B2" w:rsidRDefault="009A02B2">
            <w:pPr>
              <w:rPr>
                <w:sz w:val="22"/>
                <w:lang w:eastAsia="ja-JP"/>
              </w:rPr>
            </w:pPr>
            <w:r w:rsidRPr="009A02B2">
              <w:rPr>
                <w:b/>
                <w:sz w:val="22"/>
                <w:lang w:eastAsia="ja-JP"/>
              </w:rPr>
              <w:t>保護者電話番号</w:t>
            </w:r>
            <w:r w:rsidR="00E217ED">
              <w:rPr>
                <w:rFonts w:hint="eastAsia"/>
                <w:b/>
                <w:sz w:val="22"/>
                <w:lang w:eastAsia="ja-JP"/>
              </w:rPr>
              <w:t xml:space="preserve">　　　　</w:t>
            </w:r>
            <w:r>
              <w:rPr>
                <w:rFonts w:hint="eastAsia"/>
                <w:b/>
                <w:sz w:val="22"/>
                <w:lang w:eastAsia="ja-JP"/>
              </w:rPr>
              <w:t xml:space="preserve">　　　　　　　　　　　　　　　　　　</w:t>
            </w:r>
            <w:r w:rsidRPr="009A02B2">
              <w:rPr>
                <w:sz w:val="22"/>
                <w:lang w:eastAsia="ja-JP"/>
              </w:rPr>
              <w:t>※</w:t>
            </w:r>
            <w:r w:rsidRPr="009A02B2">
              <w:rPr>
                <w:sz w:val="22"/>
                <w:lang w:eastAsia="ja-JP"/>
              </w:rPr>
              <w:t>日中連絡が取れる番号（携帯電話可）</w:t>
            </w:r>
          </w:p>
        </w:tc>
      </w:tr>
    </w:tbl>
    <w:p w:rsidR="00E217ED" w:rsidRDefault="00E217ED">
      <w:pPr>
        <w:rPr>
          <w:b/>
          <w:sz w:val="22"/>
          <w:lang w:eastAsia="ja-JP"/>
        </w:rPr>
      </w:pPr>
    </w:p>
    <w:p w:rsidR="00927CAE" w:rsidRPr="009A02B2" w:rsidRDefault="00013993">
      <w:pPr>
        <w:rPr>
          <w:sz w:val="22"/>
          <w:lang w:eastAsia="ja-JP"/>
        </w:rPr>
      </w:pPr>
      <w:r w:rsidRPr="009A02B2">
        <w:rPr>
          <w:b/>
          <w:sz w:val="22"/>
          <w:lang w:eastAsia="ja-JP"/>
        </w:rPr>
        <w:t>【集合記念写真の送付先】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10598"/>
      </w:tblGrid>
      <w:tr w:rsidR="009A02B2" w:rsidRPr="009A02B2" w:rsidTr="009A02B2">
        <w:tc>
          <w:tcPr>
            <w:tcW w:w="10598" w:type="dxa"/>
          </w:tcPr>
          <w:p w:rsidR="009A02B2" w:rsidRPr="009A02B2" w:rsidRDefault="009A02B2" w:rsidP="009A02B2">
            <w:pPr>
              <w:rPr>
                <w:b/>
                <w:sz w:val="22"/>
              </w:rPr>
            </w:pPr>
            <w:proofErr w:type="spellStart"/>
            <w:r w:rsidRPr="009A02B2">
              <w:rPr>
                <w:b/>
                <w:sz w:val="22"/>
              </w:rPr>
              <w:t>送付先</w:t>
            </w:r>
            <w:proofErr w:type="spellEnd"/>
            <w:r w:rsidR="00E217ED">
              <w:rPr>
                <w:rFonts w:hint="eastAsia"/>
                <w:b/>
                <w:sz w:val="22"/>
                <w:lang w:eastAsia="ja-JP"/>
              </w:rPr>
              <w:t xml:space="preserve">　　</w:t>
            </w:r>
            <w:r w:rsidRPr="009A02B2">
              <w:rPr>
                <w:rFonts w:hint="eastAsia"/>
                <w:b/>
                <w:sz w:val="22"/>
              </w:rPr>
              <w:t>□</w:t>
            </w:r>
            <w:r w:rsidRPr="009A02B2">
              <w:rPr>
                <w:b/>
                <w:sz w:val="22"/>
              </w:rPr>
              <w:t xml:space="preserve"> </w:t>
            </w:r>
            <w:proofErr w:type="spellStart"/>
            <w:r w:rsidRPr="009A02B2">
              <w:rPr>
                <w:b/>
                <w:sz w:val="22"/>
              </w:rPr>
              <w:t>本人住所</w:t>
            </w:r>
            <w:proofErr w:type="spellEnd"/>
            <w:r w:rsidRPr="009A02B2">
              <w:rPr>
                <w:b/>
                <w:sz w:val="22"/>
              </w:rPr>
              <w:t xml:space="preserve">　　</w:t>
            </w:r>
            <w:r w:rsidRPr="009A02B2">
              <w:rPr>
                <w:b/>
                <w:sz w:val="22"/>
              </w:rPr>
              <w:t xml:space="preserve">□ </w:t>
            </w:r>
            <w:proofErr w:type="spellStart"/>
            <w:r w:rsidRPr="009A02B2">
              <w:rPr>
                <w:b/>
                <w:sz w:val="22"/>
              </w:rPr>
              <w:t>保護者住所</w:t>
            </w:r>
            <w:proofErr w:type="spellEnd"/>
          </w:p>
          <w:p w:rsidR="009A02B2" w:rsidRPr="009A02B2" w:rsidRDefault="009A02B2" w:rsidP="009A02B2">
            <w:pPr>
              <w:rPr>
                <w:sz w:val="22"/>
                <w:lang w:eastAsia="ja-JP"/>
              </w:rPr>
            </w:pPr>
            <w:r w:rsidRPr="009A02B2">
              <w:rPr>
                <w:rFonts w:hint="eastAsia"/>
                <w:b/>
                <w:sz w:val="22"/>
                <w:lang w:eastAsia="ja-JP"/>
              </w:rPr>
              <w:t>※集合記念写真はこちらで指定した送付先へ送付します。</w:t>
            </w:r>
          </w:p>
        </w:tc>
      </w:tr>
    </w:tbl>
    <w:p w:rsidR="009A02B2" w:rsidRDefault="009A02B2">
      <w:pPr>
        <w:rPr>
          <w:b/>
          <w:sz w:val="22"/>
          <w:lang w:eastAsia="ja-JP"/>
        </w:rPr>
      </w:pPr>
    </w:p>
    <w:p w:rsidR="00927CAE" w:rsidRPr="009A02B2" w:rsidRDefault="00013993">
      <w:pPr>
        <w:rPr>
          <w:sz w:val="22"/>
          <w:lang w:eastAsia="ja-JP"/>
        </w:rPr>
      </w:pPr>
      <w:r w:rsidRPr="009A02B2">
        <w:rPr>
          <w:b/>
          <w:sz w:val="22"/>
          <w:lang w:eastAsia="ja-JP"/>
        </w:rPr>
        <w:t>【記念写真・スナップ写真について】</w:t>
      </w:r>
    </w:p>
    <w:p w:rsidR="009A02B2" w:rsidRPr="005112BF" w:rsidRDefault="00013993">
      <w:pPr>
        <w:rPr>
          <w:b/>
          <w:sz w:val="22"/>
          <w:lang w:eastAsia="ja-JP"/>
        </w:rPr>
      </w:pPr>
      <w:r w:rsidRPr="009A02B2">
        <w:rPr>
          <w:b/>
          <w:sz w:val="22"/>
          <w:lang w:eastAsia="ja-JP"/>
        </w:rPr>
        <w:t>集合記念写真は、参加者お一人につき</w:t>
      </w:r>
      <w:r w:rsidRPr="009A02B2">
        <w:rPr>
          <w:b/>
          <w:sz w:val="22"/>
          <w:lang w:eastAsia="ja-JP"/>
        </w:rPr>
        <w:t>1</w:t>
      </w:r>
      <w:r w:rsidRPr="009A02B2">
        <w:rPr>
          <w:b/>
          <w:sz w:val="22"/>
          <w:lang w:eastAsia="ja-JP"/>
        </w:rPr>
        <w:t>枚を、参加申込書にご記入いただいた送付先へ大島町から</w:t>
      </w:r>
      <w:r w:rsidR="007D24A5">
        <w:rPr>
          <w:rFonts w:hint="eastAsia"/>
          <w:b/>
          <w:sz w:val="22"/>
          <w:lang w:eastAsia="ja-JP"/>
        </w:rPr>
        <w:t>贈呈</w:t>
      </w:r>
      <w:r w:rsidRPr="009A02B2">
        <w:rPr>
          <w:b/>
          <w:sz w:val="22"/>
          <w:lang w:eastAsia="ja-JP"/>
        </w:rPr>
        <w:t>します。</w:t>
      </w:r>
      <w:bookmarkStart w:id="0" w:name="_GoBack"/>
      <w:bookmarkEnd w:id="0"/>
    </w:p>
    <w:p w:rsidR="00927CAE" w:rsidRPr="009A02B2" w:rsidRDefault="00013993">
      <w:pPr>
        <w:rPr>
          <w:sz w:val="22"/>
          <w:lang w:eastAsia="ja-JP"/>
        </w:rPr>
      </w:pPr>
      <w:r w:rsidRPr="009A02B2">
        <w:rPr>
          <w:sz w:val="22"/>
          <w:lang w:eastAsia="ja-JP"/>
        </w:rPr>
        <w:t>追加で集合記念写真を希望される場合は、ご購入いただけます。また、当日撮影したスナップ写真も、閲覧用パスワードで保護されたインターネットアルバムからご購入いただけます。詳細は別紙「スナップ写真の閲覧・購入について」をご確認ください。</w:t>
      </w:r>
    </w:p>
    <w:p w:rsidR="00927CAE" w:rsidRDefault="00013993">
      <w:pPr>
        <w:rPr>
          <w:b/>
          <w:sz w:val="22"/>
          <w:lang w:eastAsia="ja-JP"/>
        </w:rPr>
      </w:pPr>
      <w:r w:rsidRPr="009A02B2">
        <w:rPr>
          <w:b/>
          <w:sz w:val="22"/>
          <w:lang w:eastAsia="ja-JP"/>
        </w:rPr>
        <w:t>本参加申込書の提出をもって、当日の写真撮影及びインターネットアルバムへの掲載についてご了承いただいたものとします。</w:t>
      </w:r>
    </w:p>
    <w:p w:rsidR="009A02B2" w:rsidRPr="009A02B2" w:rsidRDefault="009A02B2">
      <w:pPr>
        <w:rPr>
          <w:sz w:val="22"/>
          <w:lang w:eastAsia="ja-JP"/>
        </w:rPr>
      </w:pPr>
    </w:p>
    <w:p w:rsidR="00927CAE" w:rsidRPr="009A02B2" w:rsidRDefault="00013993">
      <w:pPr>
        <w:rPr>
          <w:sz w:val="22"/>
          <w:lang w:eastAsia="ja-JP"/>
        </w:rPr>
      </w:pPr>
      <w:r w:rsidRPr="009A02B2">
        <w:rPr>
          <w:sz w:val="22"/>
          <w:lang w:eastAsia="ja-JP"/>
        </w:rPr>
        <w:t>【開催日】令和</w:t>
      </w:r>
      <w:r w:rsidRPr="009A02B2">
        <w:rPr>
          <w:sz w:val="22"/>
          <w:lang w:eastAsia="ja-JP"/>
        </w:rPr>
        <w:t>9</w:t>
      </w:r>
      <w:r w:rsidRPr="009A02B2">
        <w:rPr>
          <w:sz w:val="22"/>
          <w:lang w:eastAsia="ja-JP"/>
        </w:rPr>
        <w:t>年</w:t>
      </w:r>
      <w:r w:rsidRPr="009A02B2">
        <w:rPr>
          <w:sz w:val="22"/>
          <w:lang w:eastAsia="ja-JP"/>
        </w:rPr>
        <w:t>1</w:t>
      </w:r>
      <w:r w:rsidRPr="009A02B2">
        <w:rPr>
          <w:sz w:val="22"/>
          <w:lang w:eastAsia="ja-JP"/>
        </w:rPr>
        <w:t>月</w:t>
      </w:r>
      <w:r w:rsidRPr="009A02B2">
        <w:rPr>
          <w:sz w:val="22"/>
          <w:lang w:eastAsia="ja-JP"/>
        </w:rPr>
        <w:t>9</w:t>
      </w:r>
      <w:r w:rsidRPr="009A02B2">
        <w:rPr>
          <w:sz w:val="22"/>
          <w:lang w:eastAsia="ja-JP"/>
        </w:rPr>
        <w:t>日（土）　受付</w:t>
      </w:r>
      <w:r w:rsidRPr="009A02B2">
        <w:rPr>
          <w:sz w:val="22"/>
          <w:lang w:eastAsia="ja-JP"/>
        </w:rPr>
        <w:t xml:space="preserve"> </w:t>
      </w:r>
      <w:r w:rsidRPr="009A02B2">
        <w:rPr>
          <w:sz w:val="22"/>
          <w:lang w:eastAsia="ja-JP"/>
        </w:rPr>
        <w:t>午後</w:t>
      </w:r>
      <w:r w:rsidRPr="009A02B2">
        <w:rPr>
          <w:sz w:val="22"/>
          <w:lang w:eastAsia="ja-JP"/>
        </w:rPr>
        <w:t>1</w:t>
      </w:r>
      <w:r w:rsidRPr="009A02B2">
        <w:rPr>
          <w:sz w:val="22"/>
          <w:lang w:eastAsia="ja-JP"/>
        </w:rPr>
        <w:t>時から／開式</w:t>
      </w:r>
      <w:r w:rsidRPr="009A02B2">
        <w:rPr>
          <w:sz w:val="22"/>
          <w:lang w:eastAsia="ja-JP"/>
        </w:rPr>
        <w:t xml:space="preserve"> </w:t>
      </w:r>
      <w:r w:rsidRPr="009A02B2">
        <w:rPr>
          <w:sz w:val="22"/>
          <w:lang w:eastAsia="ja-JP"/>
        </w:rPr>
        <w:t>午後</w:t>
      </w:r>
      <w:r w:rsidRPr="009A02B2">
        <w:rPr>
          <w:sz w:val="22"/>
          <w:lang w:eastAsia="ja-JP"/>
        </w:rPr>
        <w:t>2</w:t>
      </w:r>
      <w:r w:rsidRPr="009A02B2">
        <w:rPr>
          <w:sz w:val="22"/>
          <w:lang w:eastAsia="ja-JP"/>
        </w:rPr>
        <w:t>時</w:t>
      </w:r>
      <w:r w:rsidRPr="009A02B2">
        <w:rPr>
          <w:sz w:val="22"/>
          <w:lang w:eastAsia="ja-JP"/>
        </w:rPr>
        <w:br/>
      </w:r>
      <w:r w:rsidRPr="009A02B2">
        <w:rPr>
          <w:sz w:val="22"/>
          <w:lang w:eastAsia="ja-JP"/>
        </w:rPr>
        <w:t>【申込期間】令和</w:t>
      </w:r>
      <w:r w:rsidRPr="009A02B2">
        <w:rPr>
          <w:sz w:val="22"/>
          <w:lang w:eastAsia="ja-JP"/>
        </w:rPr>
        <w:t>8</w:t>
      </w:r>
      <w:r w:rsidRPr="009A02B2">
        <w:rPr>
          <w:sz w:val="22"/>
          <w:lang w:eastAsia="ja-JP"/>
        </w:rPr>
        <w:t>年</w:t>
      </w:r>
      <w:r w:rsidRPr="009A02B2">
        <w:rPr>
          <w:sz w:val="22"/>
          <w:lang w:eastAsia="ja-JP"/>
        </w:rPr>
        <w:t>10</w:t>
      </w:r>
      <w:r w:rsidRPr="009A02B2">
        <w:rPr>
          <w:sz w:val="22"/>
          <w:lang w:eastAsia="ja-JP"/>
        </w:rPr>
        <w:t>月</w:t>
      </w:r>
      <w:r w:rsidRPr="009A02B2">
        <w:rPr>
          <w:sz w:val="22"/>
          <w:lang w:eastAsia="ja-JP"/>
        </w:rPr>
        <w:t>1</w:t>
      </w:r>
      <w:r w:rsidRPr="009A02B2">
        <w:rPr>
          <w:sz w:val="22"/>
          <w:lang w:eastAsia="ja-JP"/>
        </w:rPr>
        <w:t>日（木）～</w:t>
      </w:r>
      <w:r w:rsidRPr="009A02B2">
        <w:rPr>
          <w:sz w:val="22"/>
          <w:lang w:eastAsia="ja-JP"/>
        </w:rPr>
        <w:t>11</w:t>
      </w:r>
      <w:r w:rsidRPr="009A02B2">
        <w:rPr>
          <w:sz w:val="22"/>
          <w:lang w:eastAsia="ja-JP"/>
        </w:rPr>
        <w:t>月</w:t>
      </w:r>
      <w:r w:rsidRPr="009A02B2">
        <w:rPr>
          <w:sz w:val="22"/>
          <w:lang w:eastAsia="ja-JP"/>
        </w:rPr>
        <w:t>30</w:t>
      </w:r>
      <w:r w:rsidRPr="009A02B2">
        <w:rPr>
          <w:sz w:val="22"/>
          <w:lang w:eastAsia="ja-JP"/>
        </w:rPr>
        <w:t>日（月）</w:t>
      </w:r>
      <w:r w:rsidRPr="009A02B2">
        <w:rPr>
          <w:sz w:val="22"/>
          <w:lang w:eastAsia="ja-JP"/>
        </w:rPr>
        <w:br/>
      </w:r>
      <w:r w:rsidRPr="009A02B2">
        <w:rPr>
          <w:sz w:val="22"/>
          <w:lang w:eastAsia="ja-JP"/>
        </w:rPr>
        <w:t>【提出先】大島町教育委員会・各出張所　【</w:t>
      </w:r>
      <w:r w:rsidRPr="009A02B2">
        <w:rPr>
          <w:sz w:val="22"/>
          <w:lang w:eastAsia="ja-JP"/>
        </w:rPr>
        <w:t>FAX</w:t>
      </w:r>
      <w:r w:rsidRPr="009A02B2">
        <w:rPr>
          <w:sz w:val="22"/>
          <w:lang w:eastAsia="ja-JP"/>
        </w:rPr>
        <w:t>】</w:t>
      </w:r>
      <w:r w:rsidRPr="009A02B2">
        <w:rPr>
          <w:sz w:val="22"/>
          <w:lang w:eastAsia="ja-JP"/>
        </w:rPr>
        <w:t>04992</w:t>
      </w:r>
      <w:r w:rsidRPr="009A02B2">
        <w:rPr>
          <w:sz w:val="22"/>
          <w:lang w:eastAsia="ja-JP"/>
        </w:rPr>
        <w:t>－</w:t>
      </w:r>
      <w:r w:rsidRPr="009A02B2">
        <w:rPr>
          <w:sz w:val="22"/>
          <w:lang w:eastAsia="ja-JP"/>
        </w:rPr>
        <w:t>7</w:t>
      </w:r>
      <w:r w:rsidRPr="009A02B2">
        <w:rPr>
          <w:sz w:val="22"/>
          <w:lang w:eastAsia="ja-JP"/>
        </w:rPr>
        <w:t>－</w:t>
      </w:r>
      <w:r w:rsidRPr="009A02B2">
        <w:rPr>
          <w:sz w:val="22"/>
          <w:lang w:eastAsia="ja-JP"/>
        </w:rPr>
        <w:t>5808</w:t>
      </w:r>
      <w:r w:rsidRPr="009A02B2">
        <w:rPr>
          <w:sz w:val="22"/>
          <w:lang w:eastAsia="ja-JP"/>
        </w:rPr>
        <w:br/>
      </w:r>
      <w:r w:rsidRPr="009A02B2">
        <w:rPr>
          <w:sz w:val="22"/>
          <w:lang w:eastAsia="ja-JP"/>
        </w:rPr>
        <w:t>【</w:t>
      </w:r>
      <w:r w:rsidRPr="009A02B2">
        <w:rPr>
          <w:sz w:val="22"/>
          <w:lang w:eastAsia="ja-JP"/>
        </w:rPr>
        <w:t>E-mail</w:t>
      </w:r>
      <w:r w:rsidRPr="009A02B2">
        <w:rPr>
          <w:sz w:val="22"/>
          <w:lang w:eastAsia="ja-JP"/>
        </w:rPr>
        <w:t>】</w:t>
      </w:r>
      <w:r w:rsidRPr="009A02B2">
        <w:rPr>
          <w:sz w:val="22"/>
          <w:lang w:eastAsia="ja-JP"/>
        </w:rPr>
        <w:t>c140201@town.tokyo-oshima.lg.jp</w:t>
      </w:r>
    </w:p>
    <w:sectPr w:rsidR="00927CAE" w:rsidRPr="009A02B2" w:rsidSect="00034616">
      <w:pgSz w:w="12240" w:h="15840"/>
      <w:pgMar w:top="567" w:right="850" w:bottom="56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3993"/>
    <w:rsid w:val="00034616"/>
    <w:rsid w:val="0006063C"/>
    <w:rsid w:val="0015074B"/>
    <w:rsid w:val="0029639D"/>
    <w:rsid w:val="00326F90"/>
    <w:rsid w:val="005112BF"/>
    <w:rsid w:val="007D24A5"/>
    <w:rsid w:val="00927CAE"/>
    <w:rsid w:val="009A02B2"/>
    <w:rsid w:val="00AA1D8D"/>
    <w:rsid w:val="00B47730"/>
    <w:rsid w:val="00BA7840"/>
    <w:rsid w:val="00CB0664"/>
    <w:rsid w:val="00E217E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613177"/>
  <w14:defaultImageDpi w14:val="300"/>
  <w15:docId w15:val="{93B5E1F0-704E-4D27-907C-40757CEC1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40"/>
    </w:pPr>
    <w:rPr>
      <w:rFonts w:ascii="游ゴシック" w:hAnsi="游ゴシック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18CC389-33C4-40FA-B01F-288C47540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4391@izu-oshima.town.oshima.tokyo.jp</cp:lastModifiedBy>
  <cp:revision>5</cp:revision>
  <dcterms:created xsi:type="dcterms:W3CDTF">2013-12-23T23:15:00Z</dcterms:created>
  <dcterms:modified xsi:type="dcterms:W3CDTF">2026-10-01T00:59:00Z</dcterms:modified>
  <cp:category/>
</cp:coreProperties>
</file>