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4548" w:rsidRPr="00EE4548" w:rsidRDefault="00EE4548" w:rsidP="00EE4548">
      <w:pPr>
        <w:spacing w:before="100" w:beforeAutospacing="1" w:afterAutospacing="1" w:line="240" w:lineRule="auto"/>
        <w:jc w:val="center"/>
        <w:outlineLvl w:val="0"/>
        <w:rPr>
          <w:rFonts w:ascii="ＭＳ 明朝" w:eastAsia="ＭＳ 明朝" w:hAnsi="ＭＳ 明朝" w:cs="ＭＳ Ｐゴシック"/>
          <w:b/>
          <w:bCs/>
          <w:kern w:val="36"/>
          <w:sz w:val="48"/>
          <w:szCs w:val="48"/>
          <w:lang w:eastAsia="ja-JP"/>
        </w:rPr>
      </w:pPr>
      <w:r w:rsidRPr="00EE4548">
        <w:rPr>
          <w:rFonts w:ascii="ＭＳ 明朝" w:eastAsia="ＭＳ 明朝" w:hAnsi="ＭＳ 明朝" w:cs="ＭＳ Ｐゴシック"/>
          <w:b/>
          <w:bCs/>
          <w:kern w:val="36"/>
          <w:sz w:val="48"/>
          <w:szCs w:val="48"/>
          <w:lang w:eastAsia="ja-JP"/>
        </w:rPr>
        <w:t>スナップ写真の閲覧・購入について</w:t>
      </w:r>
    </w:p>
    <w:p w:rsidR="00EE4548" w:rsidRPr="00EE4548" w:rsidRDefault="00EE4548" w:rsidP="00EE4548">
      <w:pPr>
        <w:spacing w:before="100" w:beforeAutospacing="1" w:afterAutospacing="1" w:line="240" w:lineRule="auto"/>
        <w:jc w:val="center"/>
        <w:outlineLvl w:val="0"/>
        <w:rPr>
          <w:rFonts w:ascii="ＭＳ 明朝" w:eastAsia="ＭＳ 明朝" w:hAnsi="ＭＳ 明朝" w:cs="ＭＳ Ｐゴシック"/>
          <w:b/>
          <w:bCs/>
          <w:kern w:val="36"/>
          <w:sz w:val="32"/>
          <w:szCs w:val="32"/>
          <w:lang w:eastAsia="ja-JP"/>
        </w:rPr>
      </w:pPr>
    </w:p>
    <w:p w:rsidR="00EE4548" w:rsidRPr="00EE4548" w:rsidRDefault="00EE4548" w:rsidP="00EE4548">
      <w:pPr>
        <w:spacing w:before="100" w:beforeAutospacing="1" w:afterAutospacing="1" w:line="240" w:lineRule="auto"/>
        <w:rPr>
          <w:rFonts w:ascii="ＭＳ 明朝" w:eastAsia="ＭＳ 明朝" w:hAnsi="ＭＳ 明朝" w:cs="ＭＳ Ｐゴシック"/>
          <w:sz w:val="24"/>
          <w:szCs w:val="24"/>
          <w:lang w:eastAsia="ja-JP"/>
        </w:rPr>
      </w:pPr>
      <w:r w:rsidRPr="00EE4548">
        <w:rPr>
          <w:rFonts w:ascii="ＭＳ 明朝" w:eastAsia="ＭＳ 明朝" w:hAnsi="ＭＳ 明朝" w:cs="ＭＳ Ｐゴシック"/>
          <w:sz w:val="24"/>
          <w:szCs w:val="24"/>
          <w:lang w:eastAsia="ja-JP"/>
        </w:rPr>
        <w:t xml:space="preserve">　かねてより、二十歳を祝う会当日のスナップ写真を購入したいとのご要望をいただいていたことから、本年より、当日撮影したスナップ写真をインターネットアルバムでご覧いただけるようにいたします。</w:t>
      </w:r>
    </w:p>
    <w:p w:rsidR="00EE4548" w:rsidRPr="00EE4548" w:rsidRDefault="00EE4548" w:rsidP="00EE4548">
      <w:pPr>
        <w:spacing w:before="100" w:beforeAutospacing="1" w:afterAutospacing="1" w:line="240" w:lineRule="auto"/>
        <w:rPr>
          <w:rFonts w:ascii="ＭＳ 明朝" w:eastAsia="ＭＳ 明朝" w:hAnsi="ＭＳ 明朝" w:cs="ＭＳ Ｐゴシック"/>
          <w:sz w:val="24"/>
          <w:szCs w:val="24"/>
          <w:lang w:eastAsia="ja-JP"/>
        </w:rPr>
      </w:pPr>
      <w:r w:rsidRPr="00EE4548">
        <w:rPr>
          <w:rFonts w:ascii="ＭＳ 明朝" w:eastAsia="ＭＳ 明朝" w:hAnsi="ＭＳ 明朝" w:cs="ＭＳ Ｐゴシック"/>
          <w:sz w:val="24"/>
          <w:szCs w:val="24"/>
          <w:lang w:eastAsia="ja-JP"/>
        </w:rPr>
        <w:t xml:space="preserve">　当日は、記録及び記念のため、プロカメラマンによる写真撮影を行います。</w:t>
      </w:r>
    </w:p>
    <w:p w:rsidR="00EE4548" w:rsidRPr="00EE4548" w:rsidRDefault="00EE4548" w:rsidP="00EE4548">
      <w:pPr>
        <w:spacing w:before="100" w:beforeAutospacing="1" w:afterAutospacing="1" w:line="240" w:lineRule="auto"/>
        <w:rPr>
          <w:rFonts w:ascii="ＭＳ 明朝" w:eastAsia="ＭＳ 明朝" w:hAnsi="ＭＳ 明朝" w:cs="ＭＳ Ｐゴシック"/>
          <w:sz w:val="24"/>
          <w:szCs w:val="24"/>
          <w:lang w:eastAsia="ja-JP"/>
        </w:rPr>
      </w:pPr>
      <w:r w:rsidRPr="00EE4548">
        <w:rPr>
          <w:rFonts w:ascii="ＭＳ 明朝" w:eastAsia="ＭＳ 明朝" w:hAnsi="ＭＳ 明朝" w:cs="ＭＳ Ｐゴシック"/>
          <w:sz w:val="24"/>
          <w:szCs w:val="24"/>
          <w:lang w:eastAsia="ja-JP"/>
        </w:rPr>
        <w:t xml:space="preserve">　</w:t>
      </w:r>
      <w:r w:rsidRPr="00EE4548">
        <w:rPr>
          <w:rFonts w:ascii="ＭＳ 明朝" w:eastAsia="ＭＳ 明朝" w:hAnsi="ＭＳ 明朝" w:cs="ＭＳ Ｐゴシック"/>
          <w:b/>
          <w:bCs/>
          <w:sz w:val="24"/>
          <w:szCs w:val="24"/>
          <w:lang w:eastAsia="ja-JP"/>
        </w:rPr>
        <w:t>集合記念写真は、参加者お一人</w:t>
      </w:r>
      <w:r w:rsidR="001342E2">
        <w:rPr>
          <w:rFonts w:ascii="ＭＳ 明朝" w:eastAsia="ＭＳ 明朝" w:hAnsi="ＭＳ 明朝" w:cs="ＭＳ Ｐゴシック" w:hint="eastAsia"/>
          <w:b/>
          <w:bCs/>
          <w:sz w:val="24"/>
          <w:szCs w:val="24"/>
          <w:lang w:eastAsia="ja-JP"/>
        </w:rPr>
        <w:t>様</w:t>
      </w:r>
      <w:r w:rsidRPr="00EE4548">
        <w:rPr>
          <w:rFonts w:ascii="ＭＳ 明朝" w:eastAsia="ＭＳ 明朝" w:hAnsi="ＭＳ 明朝" w:cs="ＭＳ Ｐゴシック"/>
          <w:b/>
          <w:bCs/>
          <w:sz w:val="24"/>
          <w:szCs w:val="24"/>
          <w:lang w:eastAsia="ja-JP"/>
        </w:rPr>
        <w:t>につき1枚を、参加申込書にご記入いただいた送付先へ大島町から</w:t>
      </w:r>
      <w:r w:rsidR="001342E2">
        <w:rPr>
          <w:rFonts w:ascii="ＭＳ 明朝" w:eastAsia="ＭＳ 明朝" w:hAnsi="ＭＳ 明朝" w:cs="ＭＳ Ｐゴシック" w:hint="eastAsia"/>
          <w:b/>
          <w:bCs/>
          <w:sz w:val="24"/>
          <w:szCs w:val="24"/>
          <w:lang w:eastAsia="ja-JP"/>
        </w:rPr>
        <w:t>贈呈</w:t>
      </w:r>
      <w:r w:rsidRPr="00EE4548">
        <w:rPr>
          <w:rFonts w:ascii="ＭＳ 明朝" w:eastAsia="ＭＳ 明朝" w:hAnsi="ＭＳ 明朝" w:cs="ＭＳ Ｐゴシック"/>
          <w:b/>
          <w:bCs/>
          <w:sz w:val="24"/>
          <w:szCs w:val="24"/>
          <w:lang w:eastAsia="ja-JP"/>
        </w:rPr>
        <w:t>します。</w:t>
      </w:r>
      <w:r w:rsidR="001342E2">
        <w:rPr>
          <w:rFonts w:ascii="ＭＳ 明朝" w:eastAsia="ＭＳ 明朝" w:hAnsi="ＭＳ 明朝" w:cs="ＭＳ Ｐゴシック" w:hint="eastAsia"/>
          <w:b/>
          <w:bCs/>
          <w:sz w:val="24"/>
          <w:szCs w:val="24"/>
          <w:lang w:eastAsia="ja-JP"/>
        </w:rPr>
        <w:t>又、</w:t>
      </w:r>
      <w:r w:rsidRPr="00EE4548">
        <w:rPr>
          <w:rFonts w:ascii="ＭＳ 明朝" w:eastAsia="ＭＳ 明朝" w:hAnsi="ＭＳ 明朝" w:cs="ＭＳ Ｐゴシック"/>
          <w:b/>
          <w:bCs/>
          <w:sz w:val="24"/>
          <w:szCs w:val="24"/>
          <w:lang w:eastAsia="ja-JP"/>
        </w:rPr>
        <w:t>追加で集合記念写真を希望される</w:t>
      </w:r>
      <w:r w:rsidR="001342E2">
        <w:rPr>
          <w:rFonts w:ascii="ＭＳ 明朝" w:eastAsia="ＭＳ 明朝" w:hAnsi="ＭＳ 明朝" w:cs="ＭＳ Ｐゴシック" w:hint="eastAsia"/>
          <w:b/>
          <w:bCs/>
          <w:sz w:val="24"/>
          <w:szCs w:val="24"/>
          <w:lang w:eastAsia="ja-JP"/>
        </w:rPr>
        <w:t>方</w:t>
      </w:r>
      <w:r w:rsidRPr="00EE4548">
        <w:rPr>
          <w:rFonts w:ascii="ＭＳ 明朝" w:eastAsia="ＭＳ 明朝" w:hAnsi="ＭＳ 明朝" w:cs="ＭＳ Ｐゴシック"/>
          <w:b/>
          <w:bCs/>
          <w:sz w:val="24"/>
          <w:szCs w:val="24"/>
          <w:lang w:eastAsia="ja-JP"/>
        </w:rPr>
        <w:t>は、購入</w:t>
      </w:r>
      <w:r w:rsidR="001342E2">
        <w:rPr>
          <w:rFonts w:ascii="ＭＳ 明朝" w:eastAsia="ＭＳ 明朝" w:hAnsi="ＭＳ 明朝" w:cs="ＭＳ Ｐゴシック" w:hint="eastAsia"/>
          <w:b/>
          <w:bCs/>
          <w:sz w:val="24"/>
          <w:szCs w:val="24"/>
          <w:lang w:eastAsia="ja-JP"/>
        </w:rPr>
        <w:t>することができます</w:t>
      </w:r>
      <w:r w:rsidRPr="00EE4548">
        <w:rPr>
          <w:rFonts w:ascii="ＭＳ 明朝" w:eastAsia="ＭＳ 明朝" w:hAnsi="ＭＳ 明朝" w:cs="ＭＳ Ｐゴシック"/>
          <w:b/>
          <w:bCs/>
          <w:sz w:val="24"/>
          <w:szCs w:val="24"/>
          <w:lang w:eastAsia="ja-JP"/>
        </w:rPr>
        <w:t>。</w:t>
      </w:r>
    </w:p>
    <w:p w:rsidR="00EE4548" w:rsidRPr="00EE4548" w:rsidRDefault="00EE4548" w:rsidP="00EE4548">
      <w:pPr>
        <w:spacing w:before="100" w:beforeAutospacing="1" w:afterAutospacing="1" w:line="240" w:lineRule="auto"/>
        <w:rPr>
          <w:rFonts w:ascii="ＭＳ 明朝" w:eastAsia="ＭＳ 明朝" w:hAnsi="ＭＳ 明朝" w:cs="ＭＳ Ｐゴシック"/>
          <w:sz w:val="24"/>
          <w:szCs w:val="24"/>
          <w:lang w:eastAsia="ja-JP"/>
        </w:rPr>
      </w:pPr>
      <w:r w:rsidRPr="00EE4548">
        <w:rPr>
          <w:rFonts w:ascii="ＭＳ 明朝" w:eastAsia="ＭＳ 明朝" w:hAnsi="ＭＳ 明朝" w:cs="ＭＳ Ｐゴシック"/>
          <w:sz w:val="24"/>
          <w:szCs w:val="24"/>
          <w:lang w:eastAsia="ja-JP"/>
        </w:rPr>
        <w:t xml:space="preserve">　当日撮影したスナップ写真</w:t>
      </w:r>
      <w:r w:rsidR="001342E2">
        <w:rPr>
          <w:rFonts w:ascii="ＭＳ 明朝" w:eastAsia="ＭＳ 明朝" w:hAnsi="ＭＳ 明朝" w:cs="ＭＳ Ｐゴシック" w:hint="eastAsia"/>
          <w:sz w:val="24"/>
          <w:szCs w:val="24"/>
          <w:lang w:eastAsia="ja-JP"/>
        </w:rPr>
        <w:t>について</w:t>
      </w:r>
      <w:r w:rsidRPr="00EE4548">
        <w:rPr>
          <w:rFonts w:ascii="ＭＳ 明朝" w:eastAsia="ＭＳ 明朝" w:hAnsi="ＭＳ 明朝" w:cs="ＭＳ Ｐゴシック"/>
          <w:sz w:val="24"/>
          <w:szCs w:val="24"/>
          <w:lang w:eastAsia="ja-JP"/>
        </w:rPr>
        <w:t>は、閲覧用パスワードで保護されたインターネットアルバムに掲載し</w:t>
      </w:r>
      <w:r w:rsidR="001342E2">
        <w:rPr>
          <w:rFonts w:ascii="ＭＳ 明朝" w:eastAsia="ＭＳ 明朝" w:hAnsi="ＭＳ 明朝" w:cs="ＭＳ Ｐゴシック" w:hint="eastAsia"/>
          <w:sz w:val="24"/>
          <w:szCs w:val="24"/>
          <w:lang w:eastAsia="ja-JP"/>
        </w:rPr>
        <w:t>ますので</w:t>
      </w:r>
      <w:r w:rsidRPr="00EE4548">
        <w:rPr>
          <w:rFonts w:ascii="ＭＳ 明朝" w:eastAsia="ＭＳ 明朝" w:hAnsi="ＭＳ 明朝" w:cs="ＭＳ Ｐゴシック"/>
          <w:sz w:val="24"/>
          <w:szCs w:val="24"/>
          <w:lang w:eastAsia="ja-JP"/>
        </w:rPr>
        <w:t>、</w:t>
      </w:r>
      <w:r w:rsidR="001342E2">
        <w:rPr>
          <w:rFonts w:ascii="ＭＳ 明朝" w:eastAsia="ＭＳ 明朝" w:hAnsi="ＭＳ 明朝" w:cs="ＭＳ Ｐゴシック" w:hint="eastAsia"/>
          <w:sz w:val="24"/>
          <w:szCs w:val="24"/>
          <w:lang w:eastAsia="ja-JP"/>
        </w:rPr>
        <w:t>こちらから</w:t>
      </w:r>
      <w:r w:rsidRPr="00EE4548">
        <w:rPr>
          <w:rFonts w:ascii="ＭＳ 明朝" w:eastAsia="ＭＳ 明朝" w:hAnsi="ＭＳ 明朝" w:cs="ＭＳ Ｐゴシック"/>
          <w:sz w:val="24"/>
          <w:szCs w:val="24"/>
          <w:lang w:eastAsia="ja-JP"/>
        </w:rPr>
        <w:t>購入</w:t>
      </w:r>
      <w:r w:rsidR="001342E2">
        <w:rPr>
          <w:rFonts w:ascii="ＭＳ 明朝" w:eastAsia="ＭＳ 明朝" w:hAnsi="ＭＳ 明朝" w:cs="ＭＳ Ｐゴシック"/>
          <w:sz w:val="24"/>
          <w:szCs w:val="24"/>
          <w:lang w:eastAsia="ja-JP"/>
        </w:rPr>
        <w:t>することができます。</w:t>
      </w:r>
    </w:p>
    <w:p w:rsidR="00EE4548" w:rsidRPr="00EE4548" w:rsidRDefault="00EE4548" w:rsidP="00EE4548">
      <w:pPr>
        <w:spacing w:before="100" w:beforeAutospacing="1" w:afterAutospacing="1" w:line="240" w:lineRule="auto"/>
        <w:rPr>
          <w:rFonts w:ascii="ＭＳ 明朝" w:eastAsia="ＭＳ 明朝" w:hAnsi="ＭＳ 明朝" w:cs="ＭＳ Ｐゴシック"/>
          <w:sz w:val="24"/>
          <w:szCs w:val="24"/>
          <w:lang w:eastAsia="ja-JP"/>
        </w:rPr>
      </w:pPr>
      <w:r w:rsidRPr="00EE4548">
        <w:rPr>
          <w:rFonts w:ascii="ＭＳ 明朝" w:eastAsia="ＭＳ 明朝" w:hAnsi="ＭＳ 明朝" w:cs="ＭＳ Ｐゴシック"/>
          <w:sz w:val="24"/>
          <w:szCs w:val="24"/>
          <w:lang w:eastAsia="ja-JP"/>
        </w:rPr>
        <w:t xml:space="preserve">　</w:t>
      </w:r>
      <w:r w:rsidR="001342E2">
        <w:rPr>
          <w:rFonts w:ascii="ＭＳ 明朝" w:eastAsia="ＭＳ 明朝" w:hAnsi="ＭＳ 明朝" w:cs="ＭＳ Ｐゴシック"/>
          <w:sz w:val="24"/>
          <w:szCs w:val="24"/>
          <w:lang w:eastAsia="ja-JP"/>
        </w:rPr>
        <w:t>なお、</w:t>
      </w:r>
      <w:r w:rsidR="001342E2">
        <w:rPr>
          <w:rFonts w:ascii="ＭＳ 明朝" w:eastAsia="ＭＳ 明朝" w:hAnsi="ＭＳ 明朝" w:cs="ＭＳ Ｐゴシック" w:hint="eastAsia"/>
          <w:sz w:val="24"/>
          <w:szCs w:val="24"/>
          <w:lang w:eastAsia="ja-JP"/>
        </w:rPr>
        <w:t>アルバ</w:t>
      </w:r>
      <w:r w:rsidRPr="00EE4548">
        <w:rPr>
          <w:rFonts w:ascii="ＭＳ 明朝" w:eastAsia="ＭＳ 明朝" w:hAnsi="ＭＳ 明朝" w:cs="ＭＳ Ｐゴシック"/>
          <w:sz w:val="24"/>
          <w:szCs w:val="24"/>
          <w:lang w:eastAsia="ja-JP"/>
        </w:rPr>
        <w:t>ムの閲覧方法、パスワード及び購入方法については、写真の準備が整い次第</w:t>
      </w:r>
      <w:bookmarkStart w:id="0" w:name="_GoBack"/>
      <w:bookmarkEnd w:id="0"/>
      <w:r w:rsidRPr="00EE4548">
        <w:rPr>
          <w:rFonts w:ascii="ＭＳ 明朝" w:eastAsia="ＭＳ 明朝" w:hAnsi="ＭＳ 明朝" w:cs="ＭＳ Ｐゴシック"/>
          <w:sz w:val="24"/>
          <w:szCs w:val="24"/>
          <w:lang w:eastAsia="ja-JP"/>
        </w:rPr>
        <w:t>ご案内いたします。なお、購入履歴は非公開です。</w:t>
      </w:r>
    </w:p>
    <w:p w:rsidR="00EE4548" w:rsidRPr="00EE4548" w:rsidRDefault="00EE4548" w:rsidP="00EE4548">
      <w:pPr>
        <w:spacing w:before="100" w:beforeAutospacing="1" w:afterAutospacing="1" w:line="240" w:lineRule="auto"/>
        <w:rPr>
          <w:rFonts w:ascii="ＭＳ 明朝" w:eastAsia="ＭＳ 明朝" w:hAnsi="ＭＳ 明朝" w:cs="ＭＳ Ｐゴシック"/>
          <w:sz w:val="24"/>
          <w:szCs w:val="24"/>
          <w:lang w:eastAsia="ja-JP"/>
        </w:rPr>
      </w:pPr>
      <w:r w:rsidRPr="00EE4548">
        <w:rPr>
          <w:rFonts w:ascii="ＭＳ 明朝" w:eastAsia="ＭＳ 明朝" w:hAnsi="ＭＳ 明朝" w:cs="ＭＳ Ｐゴシック"/>
          <w:sz w:val="24"/>
          <w:szCs w:val="24"/>
          <w:lang w:eastAsia="ja-JP"/>
        </w:rPr>
        <w:t>※参加申込書にご記入いただいた送付先へ郵送にてお知らせいたします。</w:t>
      </w:r>
    </w:p>
    <w:p w:rsidR="00EE4548" w:rsidRPr="00EE4548" w:rsidRDefault="00EE4548" w:rsidP="00EE4548">
      <w:pPr>
        <w:spacing w:before="100" w:beforeAutospacing="1" w:afterAutospacing="1" w:line="240" w:lineRule="auto"/>
        <w:rPr>
          <w:rFonts w:ascii="ＭＳ 明朝" w:eastAsia="ＭＳ 明朝" w:hAnsi="ＭＳ 明朝" w:cs="ＭＳ Ｐゴシック"/>
          <w:sz w:val="24"/>
          <w:szCs w:val="24"/>
          <w:lang w:eastAsia="ja-JP"/>
        </w:rPr>
      </w:pPr>
      <w:r w:rsidRPr="00EE4548">
        <w:rPr>
          <w:rFonts w:ascii="ＭＳ 明朝" w:eastAsia="ＭＳ 明朝" w:hAnsi="ＭＳ 明朝" w:cs="ＭＳ Ｐゴシック"/>
          <w:b/>
          <w:bCs/>
          <w:sz w:val="24"/>
          <w:szCs w:val="24"/>
          <w:lang w:eastAsia="ja-JP"/>
        </w:rPr>
        <w:t>【写真の取扱いについて】</w:t>
      </w:r>
    </w:p>
    <w:p w:rsidR="00EE4548" w:rsidRPr="00EE4548" w:rsidRDefault="00EE4548" w:rsidP="00EE4548">
      <w:pPr>
        <w:spacing w:before="100" w:beforeAutospacing="1" w:afterAutospacing="1" w:line="240" w:lineRule="auto"/>
        <w:rPr>
          <w:rFonts w:ascii="ＭＳ 明朝" w:eastAsia="ＭＳ 明朝" w:hAnsi="ＭＳ 明朝" w:cs="ＭＳ Ｐゴシック"/>
          <w:sz w:val="24"/>
          <w:szCs w:val="24"/>
          <w:lang w:eastAsia="ja-JP"/>
        </w:rPr>
      </w:pPr>
      <w:r w:rsidRPr="00EE4548">
        <w:rPr>
          <w:rFonts w:ascii="ＭＳ 明朝" w:eastAsia="ＭＳ 明朝" w:hAnsi="ＭＳ 明朝" w:cs="ＭＳ Ｐゴシック"/>
          <w:sz w:val="24"/>
          <w:szCs w:val="24"/>
          <w:lang w:eastAsia="ja-JP"/>
        </w:rPr>
        <w:t xml:space="preserve">　購入された写真は、参加者ご本人及びご家族の記念としてお楽しみください。SNS等への掲載、第三者への提供・転載など、他の参加者の肖像権やプライバシーを侵害するおそれのある利用はお控えいただき、適切な取扱いにご協力をお願いいたします。</w:t>
      </w:r>
    </w:p>
    <w:p w:rsidR="00EE4548" w:rsidRPr="00EE4548" w:rsidRDefault="00EE4548" w:rsidP="00EE4548">
      <w:pPr>
        <w:spacing w:before="100" w:beforeAutospacing="1" w:afterAutospacing="1" w:line="240" w:lineRule="auto"/>
        <w:rPr>
          <w:rFonts w:ascii="ＭＳ 明朝" w:eastAsia="ＭＳ 明朝" w:hAnsi="ＭＳ 明朝" w:cs="ＭＳ Ｐゴシック"/>
          <w:sz w:val="24"/>
          <w:szCs w:val="24"/>
          <w:lang w:eastAsia="ja-JP"/>
        </w:rPr>
      </w:pPr>
      <w:r w:rsidRPr="00EE4548">
        <w:rPr>
          <w:rFonts w:ascii="ＭＳ 明朝" w:eastAsia="ＭＳ 明朝" w:hAnsi="ＭＳ 明朝" w:cs="ＭＳ Ｐゴシック"/>
          <w:sz w:val="24"/>
          <w:szCs w:val="24"/>
          <w:lang w:eastAsia="ja-JP"/>
        </w:rPr>
        <w:t xml:space="preserve">　皆様のご理解とご協力をお願いいたします。</w:t>
      </w:r>
    </w:p>
    <w:p w:rsidR="00EE4548" w:rsidRPr="00EE4548" w:rsidRDefault="00EE4548" w:rsidP="00EE4548">
      <w:pPr>
        <w:spacing w:before="100" w:beforeAutospacing="1" w:afterAutospacing="1" w:line="240" w:lineRule="auto"/>
        <w:rPr>
          <w:rFonts w:ascii="ＭＳ 明朝" w:eastAsia="ＭＳ 明朝" w:hAnsi="ＭＳ 明朝" w:cs="ＭＳ Ｐゴシック"/>
          <w:sz w:val="24"/>
          <w:szCs w:val="24"/>
          <w:lang w:eastAsia="ja-JP"/>
        </w:rPr>
      </w:pPr>
    </w:p>
    <w:p w:rsidR="00EE4548" w:rsidRPr="00EE4548" w:rsidRDefault="00EE4548" w:rsidP="00EE4548">
      <w:pPr>
        <w:spacing w:before="100" w:beforeAutospacing="1" w:afterAutospacing="1" w:line="240" w:lineRule="auto"/>
        <w:jc w:val="right"/>
        <w:rPr>
          <w:rFonts w:ascii="ＭＳ 明朝" w:eastAsia="ＭＳ 明朝" w:hAnsi="ＭＳ 明朝" w:cs="ＭＳ Ｐゴシック"/>
          <w:sz w:val="24"/>
          <w:szCs w:val="24"/>
          <w:lang w:eastAsia="ja-JP"/>
        </w:rPr>
      </w:pPr>
      <w:r w:rsidRPr="00EE4548">
        <w:rPr>
          <w:rFonts w:ascii="ＭＳ 明朝" w:eastAsia="ＭＳ 明朝" w:hAnsi="ＭＳ 明朝" w:cs="ＭＳ Ｐゴシック"/>
          <w:sz w:val="24"/>
          <w:szCs w:val="24"/>
          <w:lang w:eastAsia="ja-JP"/>
        </w:rPr>
        <w:t xml:space="preserve">　　　　　　　　　　　　　　　　　　　　　　　　　大島町教育委員会</w:t>
      </w:r>
    </w:p>
    <w:p w:rsidR="007B0D6C" w:rsidRPr="00EE4548" w:rsidRDefault="007B0D6C" w:rsidP="00EE4548">
      <w:pPr>
        <w:ind w:firstLineChars="100" w:firstLine="240"/>
        <w:rPr>
          <w:rFonts w:ascii="ＭＳ 明朝" w:eastAsia="ＭＳ 明朝" w:hAnsi="ＭＳ 明朝"/>
          <w:sz w:val="24"/>
          <w:szCs w:val="24"/>
        </w:rPr>
      </w:pPr>
    </w:p>
    <w:sectPr w:rsidR="007B0D6C" w:rsidRPr="00EE4548" w:rsidSect="00034616">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3B72" w:rsidRDefault="00343B72" w:rsidP="00BB2A67">
      <w:pPr>
        <w:spacing w:after="0" w:line="240" w:lineRule="auto"/>
      </w:pPr>
      <w:r>
        <w:separator/>
      </w:r>
    </w:p>
  </w:endnote>
  <w:endnote w:type="continuationSeparator" w:id="0">
    <w:p w:rsidR="00343B72" w:rsidRDefault="00343B72" w:rsidP="00BB2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3B72" w:rsidRDefault="00343B72" w:rsidP="00BB2A67">
      <w:pPr>
        <w:spacing w:after="0" w:line="240" w:lineRule="auto"/>
      </w:pPr>
      <w:r>
        <w:separator/>
      </w:r>
    </w:p>
  </w:footnote>
  <w:footnote w:type="continuationSeparator" w:id="0">
    <w:p w:rsidR="00343B72" w:rsidRDefault="00343B72" w:rsidP="00BB2A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7A6"/>
    <w:rsid w:val="00034616"/>
    <w:rsid w:val="0006063C"/>
    <w:rsid w:val="001342E2"/>
    <w:rsid w:val="0015074B"/>
    <w:rsid w:val="00222B4E"/>
    <w:rsid w:val="0029639D"/>
    <w:rsid w:val="00326F90"/>
    <w:rsid w:val="00343B72"/>
    <w:rsid w:val="004274C3"/>
    <w:rsid w:val="007B0D6C"/>
    <w:rsid w:val="00831D6E"/>
    <w:rsid w:val="009A1CC4"/>
    <w:rsid w:val="009F3416"/>
    <w:rsid w:val="00AA1D8D"/>
    <w:rsid w:val="00B47730"/>
    <w:rsid w:val="00BB2A67"/>
    <w:rsid w:val="00CB0664"/>
    <w:rsid w:val="00EE45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36D3D8EC"/>
  <w14:defaultImageDpi w14:val="300"/>
  <w15:docId w15:val="{61874686-504E-45DA-96B3-D3234F4D9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100"/>
    </w:pPr>
    <w:rPr>
      <w:rFonts w:ascii="游ゴシック" w:eastAsia="游ゴシック" w:hAnsi="游ゴシック"/>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2394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02974-8192-46FB-9454-831A11BD2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88</Words>
  <Characters>503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4391@izu-oshima.town.oshima.tokyo.jp</cp:lastModifiedBy>
  <cp:revision>5</cp:revision>
  <cp:lastPrinted>2026-09-30T05:54:00Z</cp:lastPrinted>
  <dcterms:created xsi:type="dcterms:W3CDTF">2026-09-24T07:39:00Z</dcterms:created>
  <dcterms:modified xsi:type="dcterms:W3CDTF">2026-10-01T00:55:00Z</dcterms:modified>
  <cp:category/>
</cp:coreProperties>
</file>